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https://isotopesds.com/documents/ffb7d59491749199d5b65077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ffb7d59491749199d5b6507747afe0ff539c3e92eb37d84bd9b3b1d3aed0ac09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