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https://isotopesds.com/documents/f7689271a5264ae78c47ddc0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Platinum Metal Foil; Platinum.</dc:title>
  <dc:subject>PDF page-image conversion. Original supplier PDF is authoritative.</dc:subject>
  <dc:creator>IsotopeSDS — conversion of supplier source</dc:creator>
  <cp:keywords/>
  <dc:description>Original publisher: Neonest AB / BuyIsotope. PDF SHA-256: f7689271a5264ae78c47ddc08f498089a6fff26fdfe4a61bd60bbe318d8d4a3c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