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https://isotopesds.com/documents/f3bfae5be772337d8ceee157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Ruthenium, Enriched.</dc:title>
  <dc:subject>PDF page-image conversion. Original supplier PDF is authoritative.</dc:subject>
  <dc:creator>IsotopeSDS — conversion of supplier source</dc:creator>
  <cp:keywords/>
  <dc:description>Original publisher: Neonest AB / BuyIsotope. PDF SHA-256: f3bfae5be772337d8ceee15704006eb57c99bed520364cab843a9d486cfb5ae8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