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https://isotopesds.com/documents/f0f24a7b3e051e03d39d8684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f0f24a7b3e051e03d39d8684c9cf844c7fecfd61757b5020d5908a10fe8ca64d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