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https://isotopesds.com/documents/ed92ac5c7c80fe29163744d9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Water, enriched in Oxygen 18.</dc:title>
  <dc:subject>PDF page-image conversion. Original supplier PDF is authoritative.</dc:subject>
  <dc:creator>IsotopeSDS — conversion of supplier source</dc:creator>
  <cp:keywords/>
  <dc:description>Original publisher: Neonest AB / BuyIsotope. PDF SHA-256: ed92ac5c7c80fe29163744d9817a9b918d121dabfa5f1b1a61ba0625e301fb26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