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https://isotopesds.com/documents/ed61e5ca63c79bd19aa36744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Molybdenum Metal Powder, Enriched Molybdenum.</dc:title>
  <dc:subject>PDF page-image conversion. Original supplier PDF is authoritative.</dc:subject>
  <dc:creator>IsotopeSDS — conversion of supplier source</dc:creator>
  <cp:keywords/>
  <dc:description>Original publisher: Neonest AB / BuyIsotope. PDF SHA-256: ed61e5ca63c79bd19aa367446c11957f4fb9d18c012b027ff480d545a1999739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