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https://isotopesds.com/documents/ed3a2301281b6cb52bd8cb42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Silicon, Enriched Silicon.</dc:title>
  <dc:subject>PDF page-image conversion. Original supplier PDF is authoritative.</dc:subject>
  <dc:creator>IsotopeSDS — conversion of supplier source</dc:creator>
  <cp:keywords/>
  <dc:description>Original publisher: Neonest AB / BuyIsotope. PDF SHA-256: ed3a2301281b6cb52bd8cb423959a345f4691056c0f629c0d9c5678772854fd6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