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https://isotopesds.com/documents/e8f15760858dd2f633fc4b69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Tungsten Powder.</dc:title>
  <dc:subject>PDF page-image conversion. Original supplier PDF is authoritative.</dc:subject>
  <dc:creator>IsotopeSDS — conversion of supplier source</dc:creator>
  <cp:keywords/>
  <dc:description>Original publisher: Neonest AB / BuyIsotope. PDF SHA-256: e8f15760858dd2f633fc4b695440899294a17885b4ffc5dfaa49e5613469b4f4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