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https://isotopesds.com/documents/e51356e9cea1bba2b2a60224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Platinum Metal Foil; Platinum.</dc:title>
  <dc:subject>PDF page-image conversion. Original supplier PDF is authoritative.</dc:subject>
  <dc:creator>IsotopeSDS — conversion of supplier source</dc:creator>
  <cp:keywords/>
  <dc:description>Original publisher: Neonest AB / BuyIsotope. PDF SHA-256: e51356e9cea1bba2b2a6022411df8ea7ff16505c4c745d507d93d1b6f7e1a9f9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