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https://isotopesds.com/documents/e0841c256e7b4b840ed11467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Zinc Acetate Dihydrate (DZA).</dc:title>
  <dc:subject>PDF page-image conversion. Original supplier PDF is authoritative.</dc:subject>
  <dc:creator>IsotopeSDS — conversion of supplier source</dc:creator>
  <cp:keywords/>
  <dc:description>Original publisher: Neonest AB / BuyIsotope. PDF SHA-256: e0841c256e7b4b840ed114677a6472eea0fc3de0967ba2e7d45de3534724b37b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