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https://isotopesds.com/documents/d47402fd160bd9111e9410b5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Tungsten Powder.</dc:title>
  <dc:subject>PDF page-image conversion. Original supplier PDF is authoritative.</dc:subject>
  <dc:creator>IsotopeSDS — conversion of supplier source</dc:creator>
  <cp:keywords/>
  <dc:description>Original publisher: Neonest AB / BuyIsotope. PDF SHA-256: d47402fd160bd9111e9410b586ca0cc6df083ddfcbf686caa6e3385324663c5b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