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https://isotopesds.com/documents/d3da8997ae01ce4c0c3926c8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d3da8997ae01ce4c0c3926c85a7c9ccb36f6aebb7fb2a382c4127674c9183ce4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