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https://isotopesds.com/documents/cde1aecafef663bf90f2722b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cde1aecafef663bf90f2722bdd3df569ca1c11a7ec1864336f867393a970ad8d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