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https://isotopesds.com/documents/cb7417532bbbfdab5833c762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Selenium, Enriched Selenium.</dc:title>
  <dc:subject>PDF page-image conversion. Original supplier PDF is authoritative.</dc:subject>
  <dc:creator>IsotopeSDS — conversion of supplier source</dc:creator>
  <cp:keywords/>
  <dc:description>Original publisher: Neonest AB / BuyIsotope. PDF SHA-256: cb7417532bbbfdab5833c76275789bfb23d684d0e029dc37b7ea7ce431733900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