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https://isotopesds.com/documents/c3d535c3b6e81ae07b092a00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c3d535c3b6e81ae07b092a001f0f84863d2b7974fbcde662dd716da766dbaaca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