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https://isotopesds.com/documents/c3387f5497b305563c6c3563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Molybdenum Metal Powder, Enriched Molybdenum.</dc:title>
  <dc:subject>PDF page-image conversion. Original supplier PDF is authoritative.</dc:subject>
  <dc:creator>IsotopeSDS — conversion of supplier source</dc:creator>
  <cp:keywords/>
  <dc:description>Original publisher: Neonest AB / BuyIsotope. PDF SHA-256: c3387f5497b305563c6c35634d884362d8548e36ac52e652994308722819f936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