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https://isotopesds.com/documents/c1335995c783be88fc1effec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Iridium.</dc:title>
  <dc:subject>PDF page-image conversion. Original supplier PDF is authoritative.</dc:subject>
  <dc:creator>IsotopeSDS — conversion of supplier source</dc:creator>
  <cp:keywords/>
  <dc:description>Original publisher: Neonest AB / BuyIsotope. PDF SHA-256: c1335995c783be88fc1effecfb28001abbe5ea8e91448e0c7516ef4c83a8b8ea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