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https://isotopesds.com/documents/c03d14c228e508d951167cd7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c03d14c228e508d951167cd7f14fc2fa4bb38db3691ff8ff38d799d9eec6d27a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