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https://isotopesds.com/documents/b6b38d31a9f43a464d5600ff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b6b38d31a9f43a464d5600ffaa4179e61b68ca74c35cbac842b9ad2e3d72bc89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