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https://isotopesds.com/documents/aff6beb4f83b69bc14f5367d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aff6beb4f83b69bc14f5367d52324574f6bdeac9cf69b9007c55ce6a1db02bf7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