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https://isotopesds.com/documents/af202c2f8eaef5f90e259928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Water, enriched in Oxygen 18.</dc:title>
  <dc:subject>PDF page-image conversion. Original supplier PDF is authoritative.</dc:subject>
  <dc:creator>IsotopeSDS — conversion of supplier source</dc:creator>
  <cp:keywords/>
  <dc:description>Original publisher: Neonest AB / BuyIsotope. PDF SHA-256: af202c2f8eaef5f90e25992863a51c2fffe6679eea84d6d174e1e70e06a4fab9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