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https://isotopesds.com/documents/a59fb48d2fb372dc8950b87d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Platinum Metal Foil; Platinum.</dc:title>
  <dc:subject>PDF page-image conversion. Original supplier PDF is authoritative.</dc:subject>
  <dc:creator>IsotopeSDS — conversion of supplier source</dc:creator>
  <cp:keywords/>
  <dc:description>Original publisher: Neonest AB / BuyIsotope. PDF SHA-256: a59fb48d2fb372dc8950b87d3c9818d291a0d02b23df4f55bd7d1cc247c2e222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