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https://isotopesds.com/documents/a0c6a9ac2ec5e792c3ec2f72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a0c6a9ac2ec5e792c3ec2f72819c5bff42c282aeb438e325e083b2b659d73bd7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