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6848"/>
      <w:pgMar w:top="504" w:right="432" w:bottom="504" w:left="432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Original and source details: https://isotopesds.com/documents/a034ccd4a88c4f6d404d0c52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Converted Word copy • Original supplier PDF pages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Ruthenium, Enriched.</dc:title>
  <dc:subject>PDF page-image conversion. Original supplier PDF is authoritative.</dc:subject>
  <dc:creator>IsotopeSDS — conversion of supplier source</dc:creator>
  <cp:keywords/>
  <dc:description>Original publisher: Neonest AB / BuyIsotope. PDF SHA-256: a034ccd4a88c4f6d404d0c52e27c359f9256c9dce6020e9848a1719665688bdd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