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https://isotopesds.com/documents/9e46ae329885ba8b225f186e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Calcium oxide, Enriched in Calcium</dc:title>
  <dc:subject>PDF page-image conversion. Original supplier PDF is authoritative.</dc:subject>
  <dc:creator>IsotopeSDS — conversion of supplier source</dc:creator>
  <cp:keywords/>
  <dc:description>Original publisher: Neonest AB / BuyIsotope. PDF SHA-256: 9e46ae329885ba8b225f186e17d215fe9e3ae674cd4d1c4ff379d18aaa798708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