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https://isotopesds.com/documents/9a258d41f464040812d81899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Magnesium Metal, Enriched Magnesium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9a258d41f464040812d81899f7e6c58dd9c84e8b22d319ba4bce05df22e04f24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