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https://isotopesds.com/documents/9477681e124a0304c35ca15f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Chromium.</dc:title>
  <dc:subject>PDF page-image conversion. Original supplier PDF is authoritative.</dc:subject>
  <dc:creator>IsotopeSDS — conversion of supplier source</dc:creator>
  <cp:keywords/>
  <dc:description>Original publisher: Neonest AB / BuyIsotope. PDF SHA-256: 9477681e124a0304c35ca15f7c770d5226aae287215914f0efd6f2557b1f02f0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