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https://isotopesds.com/documents/810b696087fd08b378658a38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Tellurium Oxide, Enriched Tellurium Oxide.</dc:title>
  <dc:subject>PDF page-image conversion. Original supplier PDF is authoritative.</dc:subject>
  <dc:creator>IsotopeSDS — conversion of supplier source</dc:creator>
  <cp:keywords/>
  <dc:description>Original publisher: Neonest AB / BuyIsotope. PDF SHA-256: 810b696087fd08b378658a3893f71334c630202701fd6d372081f034e9aae6c8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