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https://isotopesds.com/documents/7ffd672033657c63bb6392b7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Platinum Metal Foil; Platinum.</dc:title>
  <dc:subject>PDF page-image conversion. Original supplier PDF is authoritative.</dc:subject>
  <dc:creator>IsotopeSDS — conversion of supplier source</dc:creator>
  <cp:keywords/>
  <dc:description>Original publisher: Neonest AB / BuyIsotope. PDF SHA-256: 7ffd672033657c63bb6392b79c471ec92e940ce72321e583db5465be81b84522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