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https://isotopesds.com/documents/7d546422f473f81555df9be3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Silicon, Enriched Silicon.</dc:title>
  <dc:subject>PDF page-image conversion. Original supplier PDF is authoritative.</dc:subject>
  <dc:creator>IsotopeSDS — conversion of supplier source</dc:creator>
  <cp:keywords/>
  <dc:description>Original publisher: Neonest AB / BuyIsotope. PDF SHA-256: 7d546422f473f81555df9be3dce7f49f38e706bd9c2380a7c37a4411afb720f9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