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https://isotopesds.com/documents/7aa4731348de60943a31b4e3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Tellurium Oxide, Enriched Tellurium Oxide.</dc:title>
  <dc:subject>PDF page-image conversion. Original supplier PDF is authoritative.</dc:subject>
  <dc:creator>IsotopeSDS — conversion of supplier source</dc:creator>
  <cp:keywords/>
  <dc:description>Original publisher: Neonest AB / BuyIsotope. PDF SHA-256: 7aa4731348de60943a31b4e3b3bf0ac69326d223d980c39be6c1298e325c2265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