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https://isotopesds.com/documents/742f7b2fe8e82123ab7c76d9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Iridium.</dc:title>
  <dc:subject>PDF page-image conversion. Original supplier PDF is authoritative.</dc:subject>
  <dc:creator>IsotopeSDS — conversion of supplier source</dc:creator>
  <cp:keywords/>
  <dc:description>Original publisher: Neonest AB / BuyIsotope. PDF SHA-256: 742f7b2fe8e82123ab7c76d983ae705ed04d36fcd10f66e6191cfdf3fb681efa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