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https://isotopesds.com/documents/73d18dc4e5c8a6bd403c825d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Metal Powder, Enriched Molybdenum.</dc:title>
  <dc:subject>PDF page-image conversion. Original supplier PDF is authoritative.</dc:subject>
  <dc:creator>IsotopeSDS — conversion of supplier source</dc:creator>
  <cp:keywords/>
  <dc:description>Original publisher: Neonest AB / BuyIsotope. PDF SHA-256: 73d18dc4e5c8a6bd403c825d2f30a05fea3ed5b18fc47c5ebb45c83809c3fdd7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