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https://isotopesds.com/documents/5d0a66354f3c64d718009335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Platinum Metal Foil; Platinum.</dc:title>
  <dc:subject>PDF page-image conversion. Original supplier PDF is authoritative.</dc:subject>
  <dc:creator>IsotopeSDS — conversion of supplier source</dc:creator>
  <cp:keywords/>
  <dc:description>Original publisher: Neonest AB / BuyIsotope. PDF SHA-256: 5d0a66354f3c64d7180093353e146052adb5b2016dcedb0c310461d66c15792a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