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https://isotopesds.com/documents/5b9d7094f4de0e508e3777b9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5b9d7094f4de0e508e3777b904bd6970970cbdd6d08766b6e3d1252ebbde0752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