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https://isotopesds.com/documents/58fb49a67424d868a0c04e96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Ruthenium, Enriched.</dc:title>
  <dc:subject>PDF page-image conversion. Original supplier PDF is authoritative.</dc:subject>
  <dc:creator>IsotopeSDS — conversion of supplier source</dc:creator>
  <cp:keywords/>
  <dc:description>Original publisher: Neonest AB / BuyIsotope. PDF SHA-256: 58fb49a67424d868a0c04e96a05c8cf323a536bf680d1496865a7e8bb79f19fa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