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https://isotopesds.com/documents/56a076ae5b2484fb9c2ed5b3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Rhenium.</dc:title>
  <dc:subject>PDF page-image conversion. Original supplier PDF is authoritative.</dc:subject>
  <dc:creator>IsotopeSDS — conversion of supplier source</dc:creator>
  <cp:keywords/>
  <dc:description>Original publisher: Neonest AB / BuyIsotope. PDF SHA-256: 56a076ae5b2484fb9c2ed5b3e0d49ac16cd92b13eb01cf1ad6d0af08fdfece65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