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https://isotopesds.com/documents/51b09e780e3036c5687a3fca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51b09e780e3036c5687a3fca4b4428362f3e1490dfb718a1b7fb1e90d4cbc192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