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https://isotopesds.com/documents/517d91a53b0ccbd52bccfcb4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Iridium.</dc:title>
  <dc:subject>PDF page-image conversion. Original supplier PDF is authoritative.</dc:subject>
  <dc:creator>IsotopeSDS — conversion of supplier source</dc:creator>
  <cp:keywords/>
  <dc:description>Original publisher: Neonest AB / BuyIsotope. PDF SHA-256: 517d91a53b0ccbd52bccfcb4d4f9351dda6478b879d11d0cb22bc5f38ce03134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