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https://isotopesds.com/documents/50846395381efa3e2fc58267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Magnesium Metal, Enriched Magnesium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50846395381efa3e2fc58267839af658a30903e6e198789129ad33522d49e2d8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