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https://isotopesds.com/documents/484aea11346c659f8110840f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Metal Powder, Enriched Molybdenum.</dc:title>
  <dc:subject>PDF page-image conversion. Original supplier PDF is authoritative.</dc:subject>
  <dc:creator>IsotopeSDS — conversion of supplier source</dc:creator>
  <cp:keywords/>
  <dc:description>Original publisher: Neonest AB / BuyIsotope. PDF SHA-256: 484aea11346c659f8110840f3038a436b752d2a8c3a71932f80f4623c3d4c90b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