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https://isotopesds.com/documents/3d326a102652c3f9638375e8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3d326a102652c3f9638375e8e753e9b470a334acb6c490bf3dcbba55a07386e8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