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https://isotopesds.com/documents/3a2d6a1c0ee239b595fef98b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Erbium Metal.</dc:title>
  <dc:subject>PDF page-image conversion. Original supplier PDF is authoritative.</dc:subject>
  <dc:creator>IsotopeSDS — conversion of supplier source</dc:creator>
  <cp:keywords/>
  <dc:description>Original publisher: Neonest AB / BuyIsotope. PDF SHA-256: 3a2d6a1c0ee239b595fef98b4800d050031bffcd7516a7b4dd109a553f871da8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