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https://isotopesds.com/documents/37c41d7a53241cd78ed6c584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Magnesium Metal, Enriched Magnesium Metal.</dc:title>
  <dc:subject>PDF page-image conversion. Original supplier PDF is authoritative.</dc:subject>
  <dc:creator>IsotopeSDS — conversion of supplier source</dc:creator>
  <cp:keywords/>
  <dc:description>Original publisher: Neonest AB / BuyIsotope. PDF SHA-256: 37c41d7a53241cd78ed6c58464090f4e4299d8129322cf6f34bf275bcb044a53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