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https://isotopesds.com/documents/32a78b20cc7969f4d6faa36c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Ruthenium, Enriched.</dc:title>
  <dc:subject>PDF page-image conversion. Original supplier PDF is authoritative.</dc:subject>
  <dc:creator>IsotopeSDS — conversion of supplier source</dc:creator>
  <cp:keywords/>
  <dc:description>Original publisher: Neonest AB / BuyIsotope. PDF SHA-256: 32a78b20cc7969f4d6faa36c5d122a1b1a311a0b581d9f58fb918740dca7dc90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