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https://isotopesds.com/documents/309482ec910cdb5fdb2f7768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Tungsten Powder.</dc:title>
  <dc:subject>PDF page-image conversion. Original supplier PDF is authoritative.</dc:subject>
  <dc:creator>IsotopeSDS — conversion of supplier source</dc:creator>
  <cp:keywords/>
  <dc:description>Original publisher: Neonest AB / BuyIsotope. PDF SHA-256: 309482ec910cdb5fdb2f776843e76e2dabfabe7006d2b12bc4c1c6f9334f9a84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