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https://isotopesds.com/documents/2934cbf659684aa6a69e1cd8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2934cbf659684aa6a69e1cd888db3ffc35e08ba17c7e44fd27076d7449ac7428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