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https://isotopesds.com/documents/279280f3abc254b79ddcc7b5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Tungsten Powder.</dc:title>
  <dc:subject>PDF page-image conversion. Original supplier PDF is authoritative.</dc:subject>
  <dc:creator>IsotopeSDS — conversion of supplier source</dc:creator>
  <cp:keywords/>
  <dc:description>Original publisher: Neonest AB / BuyIsotope. PDF SHA-256: 279280f3abc254b79ddcc7b534b4663f5a23394c5bf08f8e5578ec51855d4617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