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https://isotopesds.com/documents/25bb6444b7e5b0af394312ae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Ruthenium, Enriched.</dc:title>
  <dc:subject>PDF page-image conversion. Original supplier PDF is authoritative.</dc:subject>
  <dc:creator>IsotopeSDS — conversion of supplier source</dc:creator>
  <cp:keywords/>
  <dc:description>Original publisher: Neonest AB / BuyIsotope. PDF SHA-256: 25bb6444b7e5b0af394312ae67c81e5c3ff24ef9fe7d92b15b366f4a51e84d3e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