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https://isotopesds.com/documents/18592ee583054b5e6e3038d1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Tungsten Powder.</dc:title>
  <dc:subject>PDF page-image conversion. Original supplier PDF is authoritative.</dc:subject>
  <dc:creator>IsotopeSDS — conversion of supplier source</dc:creator>
  <cp:keywords/>
  <dc:description>Original publisher: Neonest AB / BuyIsotope. PDF SHA-256: 18592ee583054b5e6e3038d158174a7ca2ef1811553b01a7dbf4e03876a6eed5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